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0669D" w14:textId="77777777" w:rsidR="001D4DD1" w:rsidRDefault="00B40720">
      <w:pPr>
        <w:jc w:val="center"/>
      </w:pPr>
      <w:r>
        <w:rPr>
          <w:b/>
          <w:sz w:val="24"/>
        </w:rPr>
        <w:t>HRVATSKI LOVAČKI SAVEZ</w:t>
      </w:r>
    </w:p>
    <w:p w14:paraId="4ABD9277" w14:textId="77777777" w:rsidR="001D4DD1" w:rsidRDefault="00B40720">
      <w:pPr>
        <w:pStyle w:val="Naslov"/>
        <w:spacing w:before="300" w:after="60"/>
        <w:jc w:val="center"/>
      </w:pPr>
      <w:r>
        <w:rPr>
          <w:rFonts w:ascii="Arial" w:hAnsi="Arial"/>
          <w:b/>
          <w:color w:val="000000"/>
          <w:sz w:val="46"/>
        </w:rPr>
        <w:t>PRIJAVNICA</w:t>
      </w:r>
    </w:p>
    <w:p w14:paraId="65A8BB9D" w14:textId="3384FCD9" w:rsidR="001D4DD1" w:rsidRDefault="00B40720">
      <w:pPr>
        <w:spacing w:after="280"/>
        <w:jc w:val="center"/>
      </w:pPr>
      <w:r>
        <w:rPr>
          <w:b/>
          <w:sz w:val="24"/>
        </w:rPr>
        <w:t>ZA UPIS U PROGRAM OSPOSOBLJAVANJA ZA LOV</w:t>
      </w:r>
      <w:r w:rsidR="00404AFC">
        <w:rPr>
          <w:b/>
          <w:sz w:val="24"/>
        </w:rPr>
        <w:t>OČUVARA</w:t>
      </w:r>
    </w:p>
    <w:tbl>
      <w:tblPr>
        <w:tblStyle w:val="Reetkatablic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61"/>
        <w:gridCol w:w="6917"/>
      </w:tblGrid>
      <w:tr w:rsidR="001D4DD1" w14:paraId="4BB8364A" w14:textId="77777777">
        <w:trPr>
          <w:cantSplit/>
          <w:trHeight w:val="595"/>
          <w:jc w:val="center"/>
        </w:trPr>
        <w:tc>
          <w:tcPr>
            <w:tcW w:w="9978" w:type="dxa"/>
            <w:gridSpan w:val="2"/>
            <w:shd w:val="clear" w:color="auto" w:fill="E7E7E7"/>
            <w:tcMar>
              <w:left w:w="100" w:type="dxa"/>
              <w:right w:w="100" w:type="dxa"/>
            </w:tcMar>
            <w:vAlign w:val="center"/>
          </w:tcPr>
          <w:p w14:paraId="153274D1" w14:textId="77777777" w:rsidR="001D4DD1" w:rsidRDefault="00B40720">
            <w:pPr>
              <w:jc w:val="center"/>
            </w:pPr>
            <w:r>
              <w:rPr>
                <w:b/>
              </w:rPr>
              <w:t>PODACI O UPISU U PROGRAM</w:t>
            </w:r>
            <w:r>
              <w:rPr>
                <w:b/>
              </w:rPr>
              <w:br/>
              <w:t>(Popunjava lovački savez županije)</w:t>
            </w:r>
          </w:p>
        </w:tc>
      </w:tr>
      <w:tr w:rsidR="001D4DD1" w14:paraId="5C496590" w14:textId="77777777">
        <w:trPr>
          <w:cantSplit/>
          <w:trHeight w:val="482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75078FD8" w14:textId="77777777" w:rsidR="001D4DD1" w:rsidRDefault="00B40720">
            <w:pPr>
              <w:spacing w:before="60" w:after="60"/>
            </w:pPr>
            <w:r>
              <w:t>Lovački savez županije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3E263EF0" w14:textId="77777777" w:rsidR="001D4DD1" w:rsidRDefault="00B40720">
            <w:pPr>
              <w:spacing w:before="60" w:after="60"/>
            </w:pPr>
            <w:r>
              <w:t>Lovački savez Međimurske županije</w:t>
            </w:r>
          </w:p>
        </w:tc>
      </w:tr>
      <w:tr w:rsidR="001D4DD1" w14:paraId="7E332E12" w14:textId="77777777">
        <w:trPr>
          <w:cantSplit/>
          <w:trHeight w:val="482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06CA2021" w14:textId="77777777" w:rsidR="001D4DD1" w:rsidRDefault="00B40720">
            <w:pPr>
              <w:spacing w:before="60" w:after="60"/>
            </w:pPr>
            <w:r>
              <w:t>Datum upisa u program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133F4B29" w14:textId="77777777" w:rsidR="001D4DD1" w:rsidRDefault="001D4DD1">
            <w:pPr>
              <w:spacing w:before="60" w:after="60"/>
            </w:pPr>
          </w:p>
        </w:tc>
      </w:tr>
      <w:tr w:rsidR="001D4DD1" w14:paraId="5611B5C3" w14:textId="77777777">
        <w:trPr>
          <w:cantSplit/>
          <w:trHeight w:val="482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0C7B6200" w14:textId="77777777" w:rsidR="001D4DD1" w:rsidRDefault="00B40720">
            <w:pPr>
              <w:spacing w:before="60" w:after="60"/>
            </w:pPr>
            <w:r>
              <w:t>Mjesto izvođenja programa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746B5E68" w14:textId="64C2577B" w:rsidR="001D4DD1" w:rsidRDefault="002A1F32">
            <w:pPr>
              <w:spacing w:before="60" w:after="60"/>
            </w:pPr>
            <w:r>
              <w:t>Čakovec</w:t>
            </w:r>
          </w:p>
        </w:tc>
      </w:tr>
      <w:tr w:rsidR="001D4DD1" w14:paraId="6DB9DCCE" w14:textId="77777777">
        <w:trPr>
          <w:cantSplit/>
          <w:trHeight w:val="595"/>
          <w:jc w:val="center"/>
        </w:trPr>
        <w:tc>
          <w:tcPr>
            <w:tcW w:w="9978" w:type="dxa"/>
            <w:gridSpan w:val="2"/>
            <w:shd w:val="clear" w:color="auto" w:fill="E7E7E7"/>
            <w:tcMar>
              <w:left w:w="100" w:type="dxa"/>
              <w:right w:w="100" w:type="dxa"/>
            </w:tcMar>
            <w:vAlign w:val="center"/>
          </w:tcPr>
          <w:p w14:paraId="0076EEF5" w14:textId="77777777" w:rsidR="001D4DD1" w:rsidRDefault="00B40720">
            <w:pPr>
              <w:jc w:val="center"/>
            </w:pPr>
            <w:r>
              <w:rPr>
                <w:b/>
              </w:rPr>
              <w:t>PODACI O PRIPRAVNIKU</w:t>
            </w:r>
            <w:r>
              <w:rPr>
                <w:b/>
              </w:rPr>
              <w:br/>
              <w:t>(Popunjava pripravnik)</w:t>
            </w:r>
          </w:p>
        </w:tc>
      </w:tr>
      <w:tr w:rsidR="001D4DD1" w14:paraId="5BAC2847" w14:textId="77777777">
        <w:trPr>
          <w:cantSplit/>
          <w:trHeight w:val="425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0E58C6B2" w14:textId="77777777" w:rsidR="001D4DD1" w:rsidRDefault="00B40720">
            <w:pPr>
              <w:spacing w:before="60" w:after="60"/>
            </w:pPr>
            <w:r>
              <w:t>Ime i prezime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7ECB6344" w14:textId="77777777" w:rsidR="001D4DD1" w:rsidRDefault="001D4DD1">
            <w:pPr>
              <w:spacing w:before="60" w:after="60"/>
            </w:pPr>
          </w:p>
        </w:tc>
      </w:tr>
      <w:tr w:rsidR="001D4DD1" w14:paraId="746CD424" w14:textId="77777777">
        <w:trPr>
          <w:cantSplit/>
          <w:trHeight w:val="425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7692204E" w14:textId="77777777" w:rsidR="001D4DD1" w:rsidRDefault="00B40720">
            <w:pPr>
              <w:spacing w:before="60" w:after="60"/>
            </w:pPr>
            <w:r>
              <w:t>Ime oca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5EEE3B7B" w14:textId="77777777" w:rsidR="001D4DD1" w:rsidRDefault="001D4DD1">
            <w:pPr>
              <w:spacing w:before="60" w:after="60"/>
            </w:pPr>
          </w:p>
        </w:tc>
      </w:tr>
      <w:tr w:rsidR="001D4DD1" w14:paraId="02FF2EAE" w14:textId="77777777">
        <w:trPr>
          <w:cantSplit/>
          <w:trHeight w:val="425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0E136FF4" w14:textId="77777777" w:rsidR="001D4DD1" w:rsidRDefault="00B40720">
            <w:pPr>
              <w:spacing w:before="60" w:after="60"/>
            </w:pPr>
            <w:r>
              <w:t>Ime majke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1ABA9552" w14:textId="77777777" w:rsidR="001D4DD1" w:rsidRDefault="001D4DD1">
            <w:pPr>
              <w:spacing w:before="60" w:after="60"/>
            </w:pPr>
          </w:p>
        </w:tc>
      </w:tr>
      <w:tr w:rsidR="001D4DD1" w14:paraId="2922A657" w14:textId="77777777">
        <w:trPr>
          <w:cantSplit/>
          <w:trHeight w:val="425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12AE6C0E" w14:textId="77777777" w:rsidR="001D4DD1" w:rsidRDefault="00B40720">
            <w:pPr>
              <w:spacing w:before="60" w:after="60"/>
            </w:pPr>
            <w:r>
              <w:t>Datum rođenja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48741A52" w14:textId="77777777" w:rsidR="001D4DD1" w:rsidRDefault="001D4DD1">
            <w:pPr>
              <w:spacing w:before="60" w:after="60"/>
            </w:pPr>
          </w:p>
        </w:tc>
      </w:tr>
      <w:tr w:rsidR="001D4DD1" w14:paraId="67ECCCF6" w14:textId="77777777">
        <w:trPr>
          <w:cantSplit/>
          <w:trHeight w:val="425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31541652" w14:textId="77777777" w:rsidR="001D4DD1" w:rsidRDefault="00B40720">
            <w:pPr>
              <w:spacing w:before="60" w:after="60"/>
            </w:pPr>
            <w:r>
              <w:t>Mjesto rođenja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01E922E8" w14:textId="77777777" w:rsidR="001D4DD1" w:rsidRDefault="001D4DD1">
            <w:pPr>
              <w:spacing w:before="60" w:after="60"/>
            </w:pPr>
          </w:p>
        </w:tc>
      </w:tr>
      <w:tr w:rsidR="001D4DD1" w14:paraId="0CF14FB7" w14:textId="77777777">
        <w:trPr>
          <w:cantSplit/>
          <w:trHeight w:val="425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027FD96F" w14:textId="77777777" w:rsidR="001D4DD1" w:rsidRDefault="00B40720">
            <w:pPr>
              <w:spacing w:before="60" w:after="60"/>
            </w:pPr>
            <w:r>
              <w:t>Općina rođenja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7DC51631" w14:textId="77777777" w:rsidR="001D4DD1" w:rsidRDefault="001D4DD1">
            <w:pPr>
              <w:spacing w:before="60" w:after="60"/>
            </w:pPr>
          </w:p>
        </w:tc>
      </w:tr>
      <w:tr w:rsidR="001D4DD1" w14:paraId="3A4E5D06" w14:textId="77777777">
        <w:trPr>
          <w:cantSplit/>
          <w:trHeight w:val="425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208BD7E7" w14:textId="77777777" w:rsidR="001D4DD1" w:rsidRDefault="00B40720">
            <w:pPr>
              <w:spacing w:before="60" w:after="60"/>
            </w:pPr>
            <w:r>
              <w:t>Država rođenja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2FE68A24" w14:textId="77777777" w:rsidR="001D4DD1" w:rsidRDefault="001D4DD1">
            <w:pPr>
              <w:spacing w:before="60" w:after="60"/>
            </w:pPr>
          </w:p>
        </w:tc>
      </w:tr>
      <w:tr w:rsidR="001D4DD1" w14:paraId="6F9D6DB8" w14:textId="77777777">
        <w:trPr>
          <w:cantSplit/>
          <w:trHeight w:val="425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6B536FC4" w14:textId="77777777" w:rsidR="001D4DD1" w:rsidRDefault="00B40720">
            <w:pPr>
              <w:spacing w:before="60" w:after="60"/>
            </w:pPr>
            <w:r>
              <w:t>OIB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7AF3A211" w14:textId="77777777" w:rsidR="001D4DD1" w:rsidRDefault="001D4DD1">
            <w:pPr>
              <w:spacing w:before="60" w:after="60"/>
            </w:pPr>
          </w:p>
        </w:tc>
      </w:tr>
      <w:tr w:rsidR="001D4DD1" w14:paraId="1BAF0121" w14:textId="77777777">
        <w:trPr>
          <w:cantSplit/>
          <w:trHeight w:val="680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05871C51" w14:textId="77777777" w:rsidR="001D4DD1" w:rsidRDefault="00B40720">
            <w:pPr>
              <w:spacing w:before="60" w:after="60"/>
            </w:pPr>
            <w:r>
              <w:t>Adresa stanovanja</w:t>
            </w:r>
            <w:r>
              <w:br/>
              <w:t>(potpuna)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2B55F544" w14:textId="77777777" w:rsidR="001D4DD1" w:rsidRDefault="001D4DD1">
            <w:pPr>
              <w:spacing w:before="60" w:after="60"/>
            </w:pPr>
          </w:p>
        </w:tc>
      </w:tr>
      <w:tr w:rsidR="001D4DD1" w14:paraId="5EBE8121" w14:textId="77777777">
        <w:trPr>
          <w:cantSplit/>
          <w:trHeight w:val="482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23CB1725" w14:textId="77777777" w:rsidR="001D4DD1" w:rsidRDefault="00B40720">
            <w:pPr>
              <w:spacing w:before="60" w:after="60"/>
            </w:pPr>
            <w:r>
              <w:t>Telefonski broj mobitela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4143BD35" w14:textId="77777777" w:rsidR="001D4DD1" w:rsidRDefault="001D4DD1">
            <w:pPr>
              <w:spacing w:before="60" w:after="60"/>
            </w:pPr>
          </w:p>
        </w:tc>
      </w:tr>
      <w:tr w:rsidR="001D4DD1" w14:paraId="083EC35B" w14:textId="77777777">
        <w:trPr>
          <w:cantSplit/>
          <w:trHeight w:val="482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4D6CB7E3" w14:textId="77777777" w:rsidR="001D4DD1" w:rsidRDefault="00B40720">
            <w:pPr>
              <w:spacing w:before="60" w:after="60"/>
            </w:pPr>
            <w:r>
              <w:t>E-mail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5ED764B1" w14:textId="77777777" w:rsidR="001D4DD1" w:rsidRDefault="001D4DD1">
            <w:pPr>
              <w:spacing w:before="60" w:after="60"/>
            </w:pPr>
          </w:p>
        </w:tc>
      </w:tr>
      <w:tr w:rsidR="001D4DD1" w14:paraId="43527977" w14:textId="77777777">
        <w:trPr>
          <w:cantSplit/>
          <w:trHeight w:val="567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6AD9207F" w14:textId="77777777" w:rsidR="001D4DD1" w:rsidRDefault="00B40720">
            <w:pPr>
              <w:spacing w:before="60" w:after="60"/>
            </w:pPr>
            <w:r>
              <w:t>Razina obrazovanja</w:t>
            </w:r>
            <w:r>
              <w:br/>
              <w:t>(zaokružiti)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26C088F2" w14:textId="77777777" w:rsidR="001D4DD1" w:rsidRDefault="00B40720">
            <w:pPr>
              <w:spacing w:before="60" w:after="60"/>
            </w:pPr>
            <w:r>
              <w:t>NK   PK/NSS   KV   KV/SSS   VK   VŠS   VSS   MR.   DR.</w:t>
            </w:r>
          </w:p>
        </w:tc>
      </w:tr>
      <w:tr w:rsidR="001D4DD1" w14:paraId="4C783F1E" w14:textId="77777777">
        <w:trPr>
          <w:cantSplit/>
          <w:trHeight w:val="482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4E0AA3FE" w14:textId="77777777" w:rsidR="001D4DD1" w:rsidRDefault="00B40720">
            <w:pPr>
              <w:spacing w:before="60" w:after="60"/>
            </w:pPr>
            <w:r>
              <w:t>Zadnja završena škola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09423858" w14:textId="77777777" w:rsidR="001D4DD1" w:rsidRDefault="001D4DD1">
            <w:pPr>
              <w:spacing w:before="60" w:after="60"/>
            </w:pPr>
          </w:p>
        </w:tc>
      </w:tr>
      <w:tr w:rsidR="001D4DD1" w14:paraId="3B88CEC3" w14:textId="77777777">
        <w:trPr>
          <w:cantSplit/>
          <w:trHeight w:val="482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3C1A2FC0" w14:textId="77777777" w:rsidR="001D4DD1" w:rsidRDefault="00B40720">
            <w:pPr>
              <w:spacing w:before="60" w:after="60"/>
            </w:pPr>
            <w:r>
              <w:t>Zanimanje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53A6A806" w14:textId="77777777" w:rsidR="001D4DD1" w:rsidRDefault="001D4DD1">
            <w:pPr>
              <w:spacing w:before="60" w:after="60"/>
            </w:pPr>
          </w:p>
        </w:tc>
      </w:tr>
      <w:tr w:rsidR="001D4DD1" w14:paraId="1D103DF3" w14:textId="77777777">
        <w:trPr>
          <w:cantSplit/>
          <w:trHeight w:val="539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0A70EDDA" w14:textId="77777777" w:rsidR="001D4DD1" w:rsidRDefault="00B40720">
            <w:pPr>
              <w:spacing w:before="60" w:after="60"/>
            </w:pPr>
            <w:r>
              <w:t>Radni status</w:t>
            </w:r>
            <w:r>
              <w:br/>
              <w:t>(zaokružiti)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296183F6" w14:textId="77777777" w:rsidR="001D4DD1" w:rsidRDefault="00B40720">
            <w:pPr>
              <w:spacing w:before="60" w:after="60"/>
            </w:pPr>
            <w:r>
              <w:t>ZAPOSLEN   NEZAPOSLEN   STUDENT   UMIROVLJENIK</w:t>
            </w:r>
          </w:p>
        </w:tc>
      </w:tr>
      <w:tr w:rsidR="001D4DD1" w14:paraId="4A972EA2" w14:textId="77777777">
        <w:trPr>
          <w:cantSplit/>
          <w:trHeight w:val="539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132554FE" w14:textId="77777777" w:rsidR="001D4DD1" w:rsidRDefault="00B40720">
            <w:pPr>
              <w:spacing w:before="60" w:after="60"/>
            </w:pPr>
            <w:r>
              <w:t>Naziv tvrtke ili obrta</w:t>
            </w:r>
            <w:r>
              <w:br/>
              <w:t>(ako je pripravnik zaposlen)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1A3A5337" w14:textId="77777777" w:rsidR="001D4DD1" w:rsidRDefault="001D4DD1">
            <w:pPr>
              <w:spacing w:before="60" w:after="60"/>
            </w:pPr>
          </w:p>
        </w:tc>
      </w:tr>
      <w:tr w:rsidR="001D4DD1" w14:paraId="4AE7D9E7" w14:textId="77777777">
        <w:trPr>
          <w:cantSplit/>
          <w:trHeight w:val="765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24E4EBE6" w14:textId="77777777" w:rsidR="001D4DD1" w:rsidRDefault="00B40720">
            <w:pPr>
              <w:spacing w:before="60" w:after="60"/>
            </w:pPr>
            <w:r>
              <w:t>Vlastoručni potpis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7D3A915F" w14:textId="77777777" w:rsidR="001D4DD1" w:rsidRDefault="001D4DD1">
            <w:pPr>
              <w:spacing w:before="60" w:after="60"/>
            </w:pPr>
          </w:p>
        </w:tc>
      </w:tr>
    </w:tbl>
    <w:p w14:paraId="3B9F5E71" w14:textId="77777777" w:rsidR="00B40720" w:rsidRDefault="00B40720"/>
    <w:sectPr w:rsidR="00B40720" w:rsidSect="00034616">
      <w:pgSz w:w="11906" w:h="16838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15164450">
    <w:abstractNumId w:val="8"/>
  </w:num>
  <w:num w:numId="2" w16cid:durableId="1500920828">
    <w:abstractNumId w:val="6"/>
  </w:num>
  <w:num w:numId="3" w16cid:durableId="1189486306">
    <w:abstractNumId w:val="5"/>
  </w:num>
  <w:num w:numId="4" w16cid:durableId="666981891">
    <w:abstractNumId w:val="4"/>
  </w:num>
  <w:num w:numId="5" w16cid:durableId="1119372523">
    <w:abstractNumId w:val="7"/>
  </w:num>
  <w:num w:numId="6" w16cid:durableId="725032221">
    <w:abstractNumId w:val="3"/>
  </w:num>
  <w:num w:numId="7" w16cid:durableId="2140872889">
    <w:abstractNumId w:val="2"/>
  </w:num>
  <w:num w:numId="8" w16cid:durableId="1968050722">
    <w:abstractNumId w:val="1"/>
  </w:num>
  <w:num w:numId="9" w16cid:durableId="1155142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4DD1"/>
    <w:rsid w:val="0029639D"/>
    <w:rsid w:val="002A1F32"/>
    <w:rsid w:val="00326F90"/>
    <w:rsid w:val="00332D1B"/>
    <w:rsid w:val="00404AFC"/>
    <w:rsid w:val="00843331"/>
    <w:rsid w:val="00AA1D8D"/>
    <w:rsid w:val="00B40720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3D05BC"/>
  <w14:defaultImageDpi w14:val="300"/>
  <w15:docId w15:val="{90547D20-F767-1544-B5A0-BB64DA2A5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Prijavnica za upis u program osposobljavanja za lovca</dc:title>
  <dc:subject/>
  <dc:creator/>
  <cp:keywords/>
  <dc:description>generated by python-docx</dc:description>
  <cp:lastModifiedBy>Mladen Lacković</cp:lastModifiedBy>
  <cp:revision>4</cp:revision>
  <dcterms:created xsi:type="dcterms:W3CDTF">2026-10-09T06:59:00Z</dcterms:created>
  <dcterms:modified xsi:type="dcterms:W3CDTF">2026-10-09T07:16:00Z</dcterms:modified>
  <cp:category/>
</cp:coreProperties>
</file>